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13" w:rsidRPr="003F1DBD" w:rsidRDefault="00DA250A">
      <w:pPr>
        <w:spacing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D9A441"/>
          <w:sz w:val="18"/>
          <w:lang w:val="lv-LV"/>
        </w:rPr>
        <w:t>ĪSĀ BĀZES ANKETA</w:t>
      </w:r>
    </w:p>
    <w:p w:rsidR="00835213" w:rsidRPr="003F1DBD" w:rsidRDefault="00DA250A">
      <w:pPr>
        <w:spacing w:after="10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sz w:val="44"/>
          <w:lang w:val="lv-LV"/>
        </w:rPr>
        <w:t>Pieteikums brīvprātīgajam darbam</w:t>
      </w:r>
      <w:r w:rsidRPr="003F1DBD">
        <w:rPr>
          <w:rFonts w:asciiTheme="minorHAnsi" w:hAnsiTheme="minorHAnsi"/>
          <w:b/>
          <w:color w:val="17365D"/>
          <w:sz w:val="44"/>
          <w:lang w:val="lv-LV"/>
        </w:rPr>
        <w:br/>
        <w:t>krīzes situācijās Alūksnes novadā</w:t>
      </w:r>
    </w:p>
    <w:p w:rsidR="00835213" w:rsidRPr="003F1DBD" w:rsidRDefault="00DA250A">
      <w:pPr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Alūksnes novada pašvaldība sadarbībā ar biedrību “Alūksnes lauku partnerība” aicina pieteikties novada iedzīvotājus, kuri nepieciešamības gadījumā būtu gatavi palīdzēt līdzcilvēkiem.</w:t>
      </w:r>
    </w:p>
    <w:p w:rsidR="00835213" w:rsidRPr="003F1DBD" w:rsidRDefault="00DA250A">
      <w:pPr>
        <w:pBdr>
          <w:left w:val="single" w:sz="18" w:space="7" w:color="D9A441"/>
        </w:pBdr>
        <w:shd w:val="clear" w:color="auto" w:fill="EAF2F8"/>
        <w:spacing w:after="120"/>
        <w:ind w:left="173" w:right="173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lang w:val="lv-LV"/>
        </w:rPr>
        <w:t xml:space="preserve">Šīs anketas aizpildīšana aizņems tikai dažas minūtes. </w:t>
      </w:r>
      <w:r w:rsidRPr="003F1DBD">
        <w:rPr>
          <w:rFonts w:asciiTheme="minorHAnsi" w:hAnsiTheme="minorHAnsi"/>
          <w:lang w:val="lv-LV"/>
        </w:rPr>
        <w:t>Detalizētu informāciju par Jūsu prasmēm, pieejamību un resursiem pārrunāsim vēlāk, tiekoties ar brīvprātīgo koordinatoru.</w:t>
      </w:r>
    </w:p>
    <w:p w:rsidR="00835213" w:rsidRPr="003F1DBD" w:rsidRDefault="00DA250A">
      <w:pPr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lang w:val="lv-LV"/>
        </w:rPr>
        <w:t xml:space="preserve">Norāde: </w:t>
      </w:r>
      <w:r w:rsidRPr="003F1DBD">
        <w:rPr>
          <w:rFonts w:asciiTheme="minorHAnsi" w:hAnsiTheme="minorHAnsi"/>
          <w:lang w:val="lv-LV"/>
        </w:rPr>
        <w:t>ar * atzīmētie jautājumi ir obligāti. Atzīmējiet atbilstošo variantu ar X.</w:t>
      </w:r>
    </w:p>
    <w:p w:rsidR="00835213" w:rsidRPr="003F1DBD" w:rsidRDefault="00DA250A">
      <w:pPr>
        <w:pStyle w:val="Virsraksts1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Pamatinformācija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1. Vārds, uzvārds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p w:rsidR="00835213" w:rsidRPr="003F1DBD" w:rsidRDefault="00DA250A">
      <w:pPr>
        <w:spacing w:after="6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____________________________________________________________________________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2. Vai esat sasniedzis/-</w:t>
      </w:r>
      <w:proofErr w:type="spellStart"/>
      <w:r w:rsidRPr="003F1DBD">
        <w:rPr>
          <w:rFonts w:asciiTheme="minorHAnsi" w:hAnsiTheme="minorHAnsi"/>
          <w:b/>
          <w:color w:val="17365D"/>
          <w:lang w:val="lv-LV"/>
        </w:rPr>
        <w:t>gusi</w:t>
      </w:r>
      <w:proofErr w:type="spellEnd"/>
      <w:r w:rsidRPr="003F1DBD">
        <w:rPr>
          <w:rFonts w:asciiTheme="minorHAnsi" w:hAnsiTheme="minorHAnsi"/>
          <w:b/>
          <w:color w:val="17365D"/>
          <w:lang w:val="lv-LV"/>
        </w:rPr>
        <w:t xml:space="preserve"> 18 gadu vecumu?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Jā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Nē</w:t>
            </w:r>
          </w:p>
        </w:tc>
      </w:tr>
    </w:tbl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3. Kurā Alūksnes novada pilsētā, pagastā vai apkaimē dzīvojat?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p w:rsidR="00835213" w:rsidRPr="003F1DBD" w:rsidRDefault="00DA250A">
      <w:pPr>
        <w:spacing w:after="6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____________________________________________________________________________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4. Tālruņa numurs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p w:rsidR="00835213" w:rsidRPr="003F1DBD" w:rsidRDefault="00DA250A">
      <w:pPr>
        <w:spacing w:after="6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____________________________________________________________________________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5. E-pasta adrese</w:t>
      </w:r>
    </w:p>
    <w:p w:rsidR="00835213" w:rsidRPr="003F1DBD" w:rsidRDefault="00DA250A">
      <w:pPr>
        <w:spacing w:after="6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____________________________________________________________________________</w:t>
      </w:r>
    </w:p>
    <w:p w:rsidR="00835213" w:rsidRPr="003F1DBD" w:rsidRDefault="00DA250A">
      <w:pPr>
        <w:pStyle w:val="Virsraksts1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Līdzšinējā aktivitāte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6. Vai pašlaik veicat vai iepriekš esat veicis/-kusi brīvprātīgo darbu?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Jā, veicu pašlaik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Esmu veicis/-kusi iepriekš</w:t>
            </w:r>
          </w:p>
        </w:tc>
      </w:tr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Nē, bet vēlos sākt</w:t>
            </w:r>
          </w:p>
        </w:tc>
        <w:tc>
          <w:tcPr>
            <w:tcW w:w="4939" w:type="dxa"/>
          </w:tcPr>
          <w:p w:rsidR="00835213" w:rsidRPr="003F1DBD" w:rsidRDefault="00835213">
            <w:pPr>
              <w:spacing w:after="0"/>
              <w:rPr>
                <w:rFonts w:asciiTheme="minorHAnsi" w:hAnsiTheme="minorHAnsi"/>
                <w:lang w:val="lv-LV"/>
              </w:rPr>
            </w:pPr>
          </w:p>
        </w:tc>
      </w:tr>
    </w:tbl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7. Vai darbojaties kādā organizācijā vai iedzīvotāju grupā?</w:t>
      </w:r>
    </w:p>
    <w:p w:rsidR="00835213" w:rsidRPr="003F1DBD" w:rsidRDefault="00DA250A">
      <w:pPr>
        <w:keepNext/>
        <w:spacing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i/>
          <w:color w:val="606A78"/>
          <w:sz w:val="17"/>
          <w:lang w:val="lv-LV"/>
        </w:rPr>
        <w:t>Iespējamas vairākas atbildes.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Biedrībā vai nodibinājumā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Reliģiskajā organizācijā vai draudzē</w:t>
            </w:r>
          </w:p>
        </w:tc>
      </w:tr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Iedzīvotāju padomē vai kopienas grupā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Citā organizācijā</w:t>
            </w:r>
          </w:p>
        </w:tc>
      </w:tr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Nē</w:t>
            </w:r>
          </w:p>
        </w:tc>
        <w:tc>
          <w:tcPr>
            <w:tcW w:w="4939" w:type="dxa"/>
          </w:tcPr>
          <w:p w:rsidR="00835213" w:rsidRPr="003F1DBD" w:rsidRDefault="00835213">
            <w:pPr>
              <w:spacing w:after="0"/>
              <w:rPr>
                <w:rFonts w:asciiTheme="minorHAnsi" w:hAnsiTheme="minorHAnsi"/>
                <w:lang w:val="lv-LV"/>
              </w:rPr>
            </w:pPr>
          </w:p>
        </w:tc>
      </w:tr>
    </w:tbl>
    <w:p w:rsidR="00835213" w:rsidRPr="003F1DBD" w:rsidRDefault="00DA250A">
      <w:pPr>
        <w:spacing w:after="6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lang w:val="lv-LV"/>
        </w:rPr>
        <w:t xml:space="preserve">Organizācijas vai grupas nosaukums: </w:t>
      </w:r>
      <w:r w:rsidRPr="003F1DBD">
        <w:rPr>
          <w:rFonts w:asciiTheme="minorHAnsi" w:hAnsiTheme="minorHAnsi"/>
          <w:lang w:val="lv-LV"/>
        </w:rPr>
        <w:t>____________________________________________________________________________</w:t>
      </w:r>
    </w:p>
    <w:p w:rsidR="00835213" w:rsidRPr="003F1DBD" w:rsidRDefault="00DA250A">
      <w:pPr>
        <w:pStyle w:val="Virsraksts1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lang w:val="lv-LV"/>
        </w:rPr>
        <w:t>Pieejamība un vēlamā iesaiste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8. Vai krīzes vai militāra apdraudējuma gadījumā Jums vispirms būtu jāpilda obligāti dienesta vai darba pienākumi militārā, glābšanas, drošības vai medicīnas institūcijā?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Nē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Jā</w:t>
            </w:r>
          </w:p>
        </w:tc>
      </w:tr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Iespējams, atkarībā no situācijas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Nezinu</w:t>
            </w:r>
          </w:p>
        </w:tc>
      </w:tr>
    </w:tbl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9. Kādos darbos Jūs vislabprātāk palīdzētu?</w:t>
      </w:r>
    </w:p>
    <w:p w:rsidR="00835213" w:rsidRPr="003F1DBD" w:rsidRDefault="00DA250A">
      <w:pPr>
        <w:keepNext/>
        <w:spacing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i/>
          <w:color w:val="606A78"/>
          <w:sz w:val="17"/>
          <w:lang w:val="lv-LV"/>
        </w:rPr>
        <w:t>Iespējamas vairākas atbildes.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775AD6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Iedzīvotāju informēšana un reģistrēšana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Palīdzība senioriem un citiem iedzīvotājiem</w:t>
            </w:r>
          </w:p>
        </w:tc>
      </w:tr>
      <w:tr w:rsidR="00835213" w:rsidRPr="00775AD6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Darbs evakuācijas vai izmitināšanas vietā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Pārtikas, ūdens un preču šķirošana vai izdale</w:t>
            </w:r>
          </w:p>
        </w:tc>
      </w:tr>
      <w:tr w:rsidR="00835213" w:rsidRPr="00775AD6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lastRenderedPageBreak/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Transports, tehniskie vai saimnieciskie darbi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Pirmā palīdzība vai </w:t>
            </w:r>
            <w:proofErr w:type="spellStart"/>
            <w:r w:rsidRPr="003F1DBD">
              <w:rPr>
                <w:rFonts w:asciiTheme="minorHAnsi" w:hAnsiTheme="minorHAnsi"/>
                <w:lang w:val="lv-LV"/>
              </w:rPr>
              <w:t>psihoemocionālais</w:t>
            </w:r>
            <w:proofErr w:type="spellEnd"/>
            <w:r w:rsidRPr="003F1DBD">
              <w:rPr>
                <w:rFonts w:asciiTheme="minorHAnsi" w:hAnsiTheme="minorHAnsi"/>
                <w:lang w:val="lv-LV"/>
              </w:rPr>
              <w:t xml:space="preserve"> atbalsts</w:t>
            </w:r>
          </w:p>
        </w:tc>
      </w:tr>
      <w:tr w:rsidR="00835213" w:rsidRPr="00775AD6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Cits darbs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Vēl nezinu — vēlos uzzināt vairāk</w:t>
            </w:r>
          </w:p>
        </w:tc>
      </w:tr>
    </w:tbl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10. Vai būtu gatavs/-a piedalīties informatīvā tikšanās reizē vai apmācībās?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Jā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Iespējams, atkarībā no norises laika</w:t>
            </w:r>
          </w:p>
        </w:tc>
      </w:tr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Nē</w:t>
            </w:r>
          </w:p>
        </w:tc>
        <w:tc>
          <w:tcPr>
            <w:tcW w:w="4939" w:type="dxa"/>
          </w:tcPr>
          <w:p w:rsidR="00835213" w:rsidRPr="003F1DBD" w:rsidRDefault="00835213">
            <w:pPr>
              <w:spacing w:after="0"/>
              <w:rPr>
                <w:rFonts w:asciiTheme="minorHAnsi" w:hAnsiTheme="minorHAnsi"/>
                <w:lang w:val="lv-LV"/>
              </w:rPr>
            </w:pPr>
          </w:p>
        </w:tc>
      </w:tr>
    </w:tbl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11. Kā ar Jums vislabāk sazināties?</w:t>
      </w:r>
      <w:r w:rsidRPr="003F1DBD">
        <w:rPr>
          <w:rFonts w:asciiTheme="minorHAnsi" w:hAnsiTheme="minorHAnsi"/>
          <w:b/>
          <w:color w:val="A61B1B"/>
          <w:lang w:val="lv-LV"/>
        </w:rPr>
        <w:t xml:space="preserve">  *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Telefona zvans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Īsziņa</w:t>
            </w:r>
          </w:p>
        </w:tc>
      </w:tr>
      <w:tr w:rsidR="00835213" w:rsidRPr="003F1DBD"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E-pasts</w:t>
            </w:r>
          </w:p>
        </w:tc>
        <w:tc>
          <w:tcPr>
            <w:tcW w:w="4939" w:type="dxa"/>
          </w:tcPr>
          <w:p w:rsidR="00835213" w:rsidRPr="003F1DBD" w:rsidRDefault="00DA250A">
            <w:pPr>
              <w:spacing w:after="0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lang w:val="lv-LV"/>
              </w:rPr>
              <w:t>☐</w:t>
            </w:r>
            <w:r w:rsidRPr="003F1DBD">
              <w:rPr>
                <w:rFonts w:asciiTheme="minorHAnsi" w:hAnsiTheme="minorHAnsi"/>
                <w:lang w:val="lv-LV"/>
              </w:rPr>
              <w:t xml:space="preserve">  </w:t>
            </w:r>
            <w:proofErr w:type="spellStart"/>
            <w:r w:rsidRPr="003F1DBD">
              <w:rPr>
                <w:rFonts w:asciiTheme="minorHAnsi" w:hAnsiTheme="minorHAnsi"/>
                <w:lang w:val="lv-LV"/>
              </w:rPr>
              <w:t>WhatsApp</w:t>
            </w:r>
            <w:proofErr w:type="spellEnd"/>
          </w:p>
        </w:tc>
      </w:tr>
    </w:tbl>
    <w:p w:rsidR="00835213" w:rsidRPr="003F1DBD" w:rsidRDefault="00DA250A">
      <w:pPr>
        <w:pStyle w:val="Virsraksts1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sz w:val="24"/>
          <w:lang w:val="lv-LV"/>
        </w:rPr>
        <w:t>Personas datu apstrāde un apliecinājumi</w:t>
      </w:r>
    </w:p>
    <w:p w:rsidR="00835213" w:rsidRPr="003F1DBD" w:rsidRDefault="00DA250A">
      <w:pPr>
        <w:keepNext/>
        <w:spacing w:before="100" w:after="4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color w:val="17365D"/>
          <w:lang w:val="lv-LV"/>
        </w:rPr>
        <w:t>12. Informācija par personas datu apstrādi</w:t>
      </w:r>
      <w:r w:rsidRPr="003F1DBD">
        <w:rPr>
          <w:rFonts w:asciiTheme="minorHAnsi" w:hAnsiTheme="minorHAnsi"/>
          <w:b/>
          <w:lang w:val="lv-LV"/>
        </w:rPr>
        <w:t xml:space="preserve">  *</w:t>
      </w:r>
    </w:p>
    <w:p w:rsidR="00835213" w:rsidRPr="003F1DBD" w:rsidRDefault="00DA250A">
      <w:pPr>
        <w:spacing w:after="60" w:line="240" w:lineRule="auto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sz w:val="19"/>
          <w:lang w:val="lv-LV"/>
        </w:rPr>
        <w:t xml:space="preserve">Datu izmantošanas nolūks. </w:t>
      </w:r>
      <w:r w:rsidRPr="003F1DBD">
        <w:rPr>
          <w:rFonts w:asciiTheme="minorHAnsi" w:hAnsiTheme="minorHAnsi"/>
          <w:sz w:val="19"/>
          <w:lang w:val="lv-LV"/>
        </w:rPr>
        <w:t>Anketā norādītie personas dati tiks izmantoti brīvprātīgo apzināšanai, saziņai, informatīvo pasākumu un apmācību plānošanai, kā arī iespējamās iesaistes organizēšanai civilās aizsardzības un krīzes situācijās.</w:t>
      </w:r>
    </w:p>
    <w:p w:rsidR="00835213" w:rsidRPr="003F1DBD" w:rsidRDefault="00DA250A">
      <w:pPr>
        <w:spacing w:after="60" w:line="240" w:lineRule="auto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sz w:val="19"/>
          <w:lang w:val="lv-LV"/>
        </w:rPr>
        <w:t xml:space="preserve">Pārzinis un tiesiskais pamats. </w:t>
      </w:r>
      <w:r w:rsidRPr="003F1DBD">
        <w:rPr>
          <w:rFonts w:asciiTheme="minorHAnsi" w:hAnsiTheme="minorHAnsi"/>
          <w:sz w:val="19"/>
          <w:lang w:val="lv-LV"/>
        </w:rPr>
        <w:t xml:space="preserve">Personas datu pārzinis: </w:t>
      </w:r>
      <w:r w:rsidR="00F70A80" w:rsidRPr="00F70A80">
        <w:rPr>
          <w:rFonts w:asciiTheme="minorHAnsi" w:hAnsiTheme="minorHAnsi"/>
          <w:sz w:val="19"/>
          <w:lang w:val="lv-LV"/>
        </w:rPr>
        <w:t>Al</w:t>
      </w:r>
      <w:r w:rsidR="00F70A80">
        <w:rPr>
          <w:rFonts w:asciiTheme="minorHAnsi" w:hAnsiTheme="minorHAnsi"/>
          <w:sz w:val="19"/>
          <w:lang w:val="lv-LV"/>
        </w:rPr>
        <w:t xml:space="preserve">ūksnes novada pašvaldība. </w:t>
      </w:r>
      <w:r w:rsidRPr="003F1DBD">
        <w:rPr>
          <w:rFonts w:asciiTheme="minorHAnsi" w:hAnsiTheme="minorHAnsi"/>
          <w:sz w:val="19"/>
          <w:lang w:val="lv-LV"/>
        </w:rPr>
        <w:t>Personas datu apstrādē atbilstoši sadarbības līgumam ir iesaistīta biedrība “Alūksnes lauku partnerība”.</w:t>
      </w:r>
    </w:p>
    <w:p w:rsidR="00835213" w:rsidRPr="003F1DBD" w:rsidRDefault="00DA250A">
      <w:pPr>
        <w:spacing w:after="60" w:line="240" w:lineRule="auto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sz w:val="19"/>
          <w:lang w:val="lv-LV"/>
        </w:rPr>
        <w:t xml:space="preserve">Datu saņēmēji. </w:t>
      </w:r>
      <w:r w:rsidRPr="003F1DBD">
        <w:rPr>
          <w:rFonts w:asciiTheme="minorHAnsi" w:hAnsiTheme="minorHAnsi"/>
          <w:sz w:val="19"/>
          <w:lang w:val="lv-LV"/>
        </w:rPr>
        <w:t>Dati būs pieejami tikai pilnvarotiem Alūksnes novada pašvaldības un biedrības “Alūksnes lauku partnerība” pārstāvjiem, kā arī nepieciešamības gadījumā citām civilās aizsardzības un krīzes pārvarēšanā iesaistītajām institūcijām normatīvajos aktos noteiktajā kārtībā.</w:t>
      </w:r>
    </w:p>
    <w:p w:rsidR="00835213" w:rsidRPr="003F1DBD" w:rsidRDefault="00DA250A">
      <w:pPr>
        <w:spacing w:after="60" w:line="240" w:lineRule="auto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sz w:val="19"/>
          <w:lang w:val="lv-LV"/>
        </w:rPr>
        <w:t xml:space="preserve">Glabāšanas termiņš. </w:t>
      </w:r>
      <w:r w:rsidRPr="003F1DBD">
        <w:rPr>
          <w:rFonts w:asciiTheme="minorHAnsi" w:hAnsiTheme="minorHAnsi"/>
          <w:sz w:val="19"/>
          <w:lang w:val="lv-LV"/>
        </w:rPr>
        <w:t xml:space="preserve">Persona var informēt, ka vairs nevēlas būt iekļauta brīvprātīgo uzskaitē, rakstot uz </w:t>
      </w:r>
      <w:r w:rsidR="00F70A80">
        <w:rPr>
          <w:rFonts w:asciiTheme="minorHAnsi" w:hAnsiTheme="minorHAnsi"/>
          <w:sz w:val="19"/>
          <w:lang w:val="lv-LV"/>
        </w:rPr>
        <w:t>santa.harjoozolina@gmail.com.</w:t>
      </w:r>
      <w:r w:rsidRPr="003F1DBD">
        <w:rPr>
          <w:rFonts w:asciiTheme="minorHAnsi" w:hAnsiTheme="minorHAnsi"/>
          <w:sz w:val="19"/>
          <w:lang w:val="lv-LV"/>
        </w:rPr>
        <w:t>.</w:t>
      </w:r>
    </w:p>
    <w:p w:rsidR="00835213" w:rsidRDefault="00DA250A">
      <w:pPr>
        <w:spacing w:after="60" w:line="240" w:lineRule="auto"/>
        <w:rPr>
          <w:rFonts w:asciiTheme="minorHAnsi" w:hAnsiTheme="minorHAnsi"/>
          <w:sz w:val="19"/>
          <w:lang w:val="lv-LV"/>
        </w:rPr>
      </w:pPr>
      <w:r w:rsidRPr="003F1DBD">
        <w:rPr>
          <w:rFonts w:asciiTheme="minorHAnsi" w:hAnsiTheme="minorHAnsi"/>
          <w:b/>
          <w:sz w:val="19"/>
          <w:lang w:val="lv-LV"/>
        </w:rPr>
        <w:t xml:space="preserve">Jūsu tiesības. </w:t>
      </w:r>
      <w:r w:rsidRPr="003F1DBD">
        <w:rPr>
          <w:rFonts w:asciiTheme="minorHAnsi" w:hAnsiTheme="minorHAnsi"/>
          <w:sz w:val="19"/>
          <w:lang w:val="lv-LV"/>
        </w:rPr>
        <w:t>Jums ir tiesības pieprasīt piekļuvi saviem datiem, to labošanu, dzēšanu vai apstrādes ierobežošanu, kā arī normatīvajos aktos paredzētajos gadījumos iebilst pret datu apstrādi</w:t>
      </w:r>
      <w:r w:rsidR="00F70A80">
        <w:rPr>
          <w:rFonts w:asciiTheme="minorHAnsi" w:hAnsiTheme="minorHAnsi"/>
          <w:sz w:val="19"/>
          <w:lang w:val="lv-LV"/>
        </w:rPr>
        <w:t xml:space="preserve">. </w:t>
      </w:r>
      <w:r w:rsidRPr="003F1DBD">
        <w:rPr>
          <w:rFonts w:asciiTheme="minorHAnsi" w:hAnsiTheme="minorHAnsi"/>
          <w:sz w:val="19"/>
          <w:lang w:val="lv-LV"/>
        </w:rPr>
        <w:t>Pieteikuma iesniegšana ir brīvprātīga, taču bez obligāti norādāmās kontaktinformācijas personu nevarēs iekļaut brīvprātīgo uzskaitē un informēt par turpmākajām aktivitātēm.</w:t>
      </w:r>
    </w:p>
    <w:p w:rsidR="00775AD6" w:rsidRPr="003F1DBD" w:rsidRDefault="00775AD6">
      <w:pPr>
        <w:spacing w:after="60" w:line="240" w:lineRule="auto"/>
        <w:rPr>
          <w:rFonts w:asciiTheme="minorHAnsi" w:hAnsiTheme="minorHAnsi"/>
          <w:lang w:val="lv-LV"/>
        </w:rPr>
      </w:pPr>
      <w:bookmarkStart w:id="0" w:name="_GoBack"/>
      <w:bookmarkEnd w:id="0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78"/>
      </w:tblGrid>
      <w:tr w:rsidR="00835213" w:rsidRPr="00775AD6">
        <w:tc>
          <w:tcPr>
            <w:tcW w:w="9878" w:type="dxa"/>
          </w:tcPr>
          <w:p w:rsidR="00835213" w:rsidRPr="003F1DBD" w:rsidRDefault="00DA250A">
            <w:pPr>
              <w:spacing w:after="0" w:line="240" w:lineRule="auto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sz w:val="19"/>
                <w:lang w:val="lv-LV"/>
              </w:rPr>
              <w:t>☐</w:t>
            </w:r>
            <w:r w:rsidRPr="003F1DBD">
              <w:rPr>
                <w:rFonts w:asciiTheme="minorHAnsi" w:hAnsiTheme="minorHAnsi"/>
                <w:sz w:val="19"/>
                <w:lang w:val="lv-LV"/>
              </w:rPr>
              <w:t xml:space="preserve">  Apliecinu, ka sniegtā informācija ir patiesa un esmu iepazinies/-</w:t>
            </w:r>
            <w:proofErr w:type="spellStart"/>
            <w:r w:rsidRPr="003F1DBD">
              <w:rPr>
                <w:rFonts w:asciiTheme="minorHAnsi" w:hAnsiTheme="minorHAnsi"/>
                <w:sz w:val="19"/>
                <w:lang w:val="lv-LV"/>
              </w:rPr>
              <w:t>usies</w:t>
            </w:r>
            <w:proofErr w:type="spellEnd"/>
            <w:r w:rsidRPr="003F1DBD">
              <w:rPr>
                <w:rFonts w:asciiTheme="minorHAnsi" w:hAnsiTheme="minorHAnsi"/>
                <w:sz w:val="19"/>
                <w:lang w:val="lv-LV"/>
              </w:rPr>
              <w:t xml:space="preserve"> ar iepriekš norādīto informāciju par personas datu apstrādi.</w:t>
            </w:r>
          </w:p>
        </w:tc>
      </w:tr>
      <w:tr w:rsidR="00835213" w:rsidRPr="00775AD6">
        <w:tc>
          <w:tcPr>
            <w:tcW w:w="9878" w:type="dxa"/>
          </w:tcPr>
          <w:p w:rsidR="00835213" w:rsidRPr="003F1DBD" w:rsidRDefault="00DA250A">
            <w:pPr>
              <w:spacing w:after="0" w:line="240" w:lineRule="auto"/>
              <w:rPr>
                <w:rFonts w:asciiTheme="minorHAnsi" w:hAnsiTheme="minorHAnsi"/>
                <w:lang w:val="lv-LV"/>
              </w:rPr>
            </w:pPr>
            <w:r w:rsidRPr="003F1DBD">
              <w:rPr>
                <w:rFonts w:ascii="Segoe UI Symbol" w:hAnsi="Segoe UI Symbol" w:cs="Segoe UI Symbol"/>
                <w:sz w:val="19"/>
                <w:lang w:val="lv-LV"/>
              </w:rPr>
              <w:t>☐</w:t>
            </w:r>
            <w:r w:rsidRPr="003F1DBD">
              <w:rPr>
                <w:rFonts w:asciiTheme="minorHAnsi" w:hAnsiTheme="minorHAnsi"/>
                <w:sz w:val="19"/>
                <w:lang w:val="lv-LV"/>
              </w:rPr>
              <w:t xml:space="preserve">  Piekrītu, ka ar mani sazinās par brīvprātīgo darbu, informatīvajām tikšanās reizēm un apmācībām.</w:t>
            </w:r>
          </w:p>
        </w:tc>
      </w:tr>
    </w:tbl>
    <w:p w:rsidR="00F70A80" w:rsidRDefault="00F70A80">
      <w:pPr>
        <w:spacing w:before="100" w:after="100"/>
        <w:rPr>
          <w:rFonts w:asciiTheme="minorHAnsi" w:hAnsiTheme="minorHAnsi"/>
          <w:b/>
          <w:lang w:val="lv-LV"/>
        </w:rPr>
      </w:pPr>
    </w:p>
    <w:p w:rsidR="00835213" w:rsidRDefault="00DA250A">
      <w:pPr>
        <w:spacing w:before="100" w:after="100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lang w:val="lv-LV"/>
        </w:rPr>
        <w:t xml:space="preserve">Datums: </w:t>
      </w:r>
      <w:r w:rsidRPr="003F1DBD">
        <w:rPr>
          <w:rFonts w:asciiTheme="minorHAnsi" w:hAnsiTheme="minorHAnsi"/>
          <w:lang w:val="lv-LV"/>
        </w:rPr>
        <w:t xml:space="preserve">__________________       </w:t>
      </w:r>
      <w:r w:rsidRPr="003F1DBD">
        <w:rPr>
          <w:rFonts w:asciiTheme="minorHAnsi" w:hAnsiTheme="minorHAnsi"/>
          <w:b/>
          <w:lang w:val="lv-LV"/>
        </w:rPr>
        <w:t xml:space="preserve">Paraksts: </w:t>
      </w:r>
      <w:r w:rsidRPr="003F1DBD">
        <w:rPr>
          <w:rFonts w:asciiTheme="minorHAnsi" w:hAnsiTheme="minorHAnsi"/>
          <w:lang w:val="lv-LV"/>
        </w:rPr>
        <w:t>____________________________</w:t>
      </w:r>
    </w:p>
    <w:p w:rsidR="00F70A80" w:rsidRPr="003F1DBD" w:rsidRDefault="00F70A80">
      <w:pPr>
        <w:spacing w:before="100" w:after="100"/>
        <w:rPr>
          <w:rFonts w:asciiTheme="minorHAnsi" w:hAnsiTheme="minorHAnsi"/>
          <w:lang w:val="lv-LV"/>
        </w:rPr>
      </w:pPr>
    </w:p>
    <w:p w:rsidR="00835213" w:rsidRPr="003F1DBD" w:rsidRDefault="00DA250A">
      <w:pPr>
        <w:pBdr>
          <w:left w:val="single" w:sz="18" w:space="7" w:color="D9A441"/>
        </w:pBdr>
        <w:shd w:val="clear" w:color="auto" w:fill="EAF2F8"/>
        <w:spacing w:after="0"/>
        <w:ind w:left="173"/>
        <w:rPr>
          <w:rFonts w:asciiTheme="minorHAnsi" w:hAnsiTheme="minorHAnsi"/>
          <w:lang w:val="lv-LV"/>
        </w:rPr>
      </w:pPr>
      <w:r w:rsidRPr="003F1DBD">
        <w:rPr>
          <w:rFonts w:asciiTheme="minorHAnsi" w:hAnsiTheme="minorHAnsi"/>
          <w:b/>
          <w:lang w:val="lv-LV"/>
        </w:rPr>
        <w:t xml:space="preserve">Paldies par gatavību palīdzēt! </w:t>
      </w:r>
      <w:r w:rsidRPr="003F1DBD">
        <w:rPr>
          <w:rFonts w:asciiTheme="minorHAnsi" w:hAnsiTheme="minorHAnsi"/>
          <w:lang w:val="lv-LV"/>
        </w:rPr>
        <w:t>Anketas aizpildīšana nerada automātisku pienākumu iesaistīties. Pirms katras iespējamās iesaistes ar Jums sazināsies koordinators.</w:t>
      </w:r>
    </w:p>
    <w:sectPr w:rsidR="00835213" w:rsidRPr="003F1DBD" w:rsidSect="00034616">
      <w:headerReference w:type="default" r:id="rId8"/>
      <w:footerReference w:type="default" r:id="rId9"/>
      <w:pgSz w:w="12240" w:h="15840"/>
      <w:pgMar w:top="979" w:right="1181" w:bottom="936" w:left="1181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E70" w:rsidRDefault="000A2E70">
      <w:pPr>
        <w:spacing w:after="0" w:line="240" w:lineRule="auto"/>
      </w:pPr>
      <w:r>
        <w:separator/>
      </w:r>
    </w:p>
  </w:endnote>
  <w:endnote w:type="continuationSeparator" w:id="0">
    <w:p w:rsidR="000A2E70" w:rsidRDefault="000A2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213" w:rsidRDefault="00DA250A">
    <w:pPr>
      <w:pStyle w:val="Kjene"/>
      <w:jc w:val="center"/>
    </w:pPr>
    <w:r>
      <w:rPr>
        <w:color w:val="606A78"/>
        <w:sz w:val="16"/>
      </w:rPr>
      <w:t>Īsā sākotnējās pieteikšanās anketa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E70" w:rsidRDefault="000A2E70">
      <w:pPr>
        <w:spacing w:after="0" w:line="240" w:lineRule="auto"/>
      </w:pPr>
      <w:r>
        <w:separator/>
      </w:r>
    </w:p>
  </w:footnote>
  <w:footnote w:type="continuationSeparator" w:id="0">
    <w:p w:rsidR="000A2E70" w:rsidRDefault="000A2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213" w:rsidRDefault="00DA250A">
    <w:pPr>
      <w:pStyle w:val="Galvene"/>
      <w:jc w:val="right"/>
    </w:pPr>
    <w:r>
      <w:rPr>
        <w:b/>
        <w:color w:val="606A78"/>
        <w:sz w:val="16"/>
      </w:rPr>
      <w:t>ALŪKSNES NOVADA PAŠVALDĪBA  •  BRĪVPRĀTĪGO RESURSU APZINĀŠANA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2E70"/>
    <w:rsid w:val="0015074B"/>
    <w:rsid w:val="0029639D"/>
    <w:rsid w:val="00326F90"/>
    <w:rsid w:val="003F1DBD"/>
    <w:rsid w:val="00775AD6"/>
    <w:rsid w:val="00835213"/>
    <w:rsid w:val="008F6CA1"/>
    <w:rsid w:val="00AA1D8D"/>
    <w:rsid w:val="00B47730"/>
    <w:rsid w:val="00CB0664"/>
    <w:rsid w:val="00DA250A"/>
    <w:rsid w:val="00F70A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6F0E547"/>
  <w14:defaultImageDpi w14:val="300"/>
  <w15:docId w15:val="{1D0D4ED4-B626-42AB-BB77-A36F19F2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693F"/>
    <w:pPr>
      <w:spacing w:after="80" w:line="264" w:lineRule="auto"/>
    </w:pPr>
    <w:rPr>
      <w:rFonts w:ascii="Calibri" w:hAnsi="Calibri"/>
      <w:color w:val="222222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2E74B5"/>
      <w:sz w:val="29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E74B5"/>
      <w:sz w:val="24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6B3C31-89BD-4CBC-AB10-C3556962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2691</Words>
  <Characters>1534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Īsā bāzes anketa brīvprātīgajiem Alūksnes novadā</vt:lpstr>
      <vt:lpstr/>
    </vt:vector>
  </TitlesOfParts>
  <Manager/>
  <Company/>
  <LinksUpToDate>false</LinksUpToDate>
  <CharactersWithSpaces>4217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Īsā bāzes anketa brīvprātīgajiem Alūksnes novadā</dc:title>
  <dc:subject>Sākotnējā pieteikšanās brīvprātīgo tīklam</dc:subject>
  <dc:creator>Alūksnes novada pašvaldība un biedrība “Alūksnes lauku partnerība”</dc:creator>
  <cp:keywords/>
  <dc:description>generated by python-docx</dc:description>
  <cp:lastModifiedBy>SANTA HARJO</cp:lastModifiedBy>
  <cp:revision>2</cp:revision>
  <dcterms:created xsi:type="dcterms:W3CDTF">2026-09-18T10:46:00Z</dcterms:created>
  <dcterms:modified xsi:type="dcterms:W3CDTF">2026-09-18T10:46:00Z</dcterms:modified>
  <cp:category/>
</cp:coreProperties>
</file>